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774000" cy="8605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rva_logo_original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860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center"/>
      </w:pPr>
      <w:r>
        <w:rPr>
          <w:b/>
          <w:sz w:val="26"/>
        </w:rPr>
        <w:t>2026/2027 m. Lietuvos atviras veteranų rankinio čempionatas</w:t>
      </w:r>
    </w:p>
    <w:p>
      <w:pPr>
        <w:spacing w:after="80"/>
        <w:jc w:val="center"/>
      </w:pPr>
      <w:r>
        <w:rPr>
          <w:b/>
          <w:sz w:val="21"/>
        </w:rPr>
        <w:t>2026/2027 Lithuanian Open Masters Handball Championship</w:t>
      </w:r>
    </w:p>
    <w:p>
      <w:pPr>
        <w:spacing w:after="160"/>
        <w:jc w:val="center"/>
      </w:pPr>
      <w:r>
        <w:rPr>
          <w:b/>
          <w:sz w:val="34"/>
        </w:rPr>
        <w:t>P A R A I Š K A  /  E N T R Y   F O R 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Borders>
              <w:bottom w:val="single" w:sz="6" w:space="0" w:color="808080"/>
            </w:tcBorders>
          </w:tcPr>
          <w:p>
            <w:pPr>
              <w:spacing w:after="0"/>
            </w:pPr>
            <w:r>
              <w:rPr>
                <w:b/>
                <w:sz w:val="19"/>
              </w:rPr>
              <w:t>Turo vieta / Venue:</w:t>
            </w:r>
          </w:p>
        </w:tc>
        <w:tc>
          <w:tcPr>
            <w:tcW w:type="dxa" w:w="5272"/>
            <w:vAlign w:val="center"/>
            <w:tcBorders>
              <w:bottom w:val="single" w:sz="6" w:space="0" w:color="808080"/>
            </w:tcBorders>
          </w:tcPr>
          <w:p>
            <w:pPr>
              <w:spacing w:after="0"/>
            </w:pPr>
            <w:r>
              <w:rPr>
                <w:b/>
                <w:sz w:val="19"/>
              </w:rPr>
              <w:t>Data / Date:</w:t>
            </w:r>
          </w:p>
        </w:tc>
      </w:tr>
      <w:tr>
        <w:tc>
          <w:tcPr>
            <w:tcW w:type="dxa" w:w="5272"/>
            <w:vAlign w:val="center"/>
            <w:tcBorders>
              <w:bottom w:val="single" w:sz="6" w:space="0" w:color="808080"/>
            </w:tcBorders>
          </w:tcPr>
          <w:p>
            <w:pPr>
              <w:spacing w:after="0"/>
            </w:pPr>
            <w:r>
              <w:rPr>
                <w:b/>
                <w:sz w:val="19"/>
              </w:rPr>
              <w:t>Komanda / Team:</w:t>
            </w:r>
          </w:p>
        </w:tc>
        <w:tc>
          <w:tcPr>
            <w:tcW w:type="dxa" w:w="5272"/>
            <w:vAlign w:val="center"/>
            <w:tcBorders>
              <w:bottom w:val="single" w:sz="6" w:space="0" w:color="808080"/>
            </w:tcBorders>
          </w:tcPr>
          <w:p>
            <w:pPr>
              <w:spacing w:after="0"/>
            </w:pPr>
            <w:r>
              <w:rPr>
                <w:b/>
                <w:sz w:val="19"/>
              </w:rPr>
              <w:t>Kategorija / Category:  ☐ moterys / women +35   ☐ vyrai / men +33   ☐ vyrai / men +45</w:t>
            </w:r>
          </w:p>
        </w:tc>
      </w:tr>
    </w:tbl>
    <w:p>
      <w:pPr>
        <w:spacing w:after="40"/>
      </w:pPr>
    </w:p>
    <w:p>
      <w:pPr>
        <w:spacing w:after="100"/>
        <w:jc w:val="center"/>
      </w:pPr>
      <w:r>
        <w:rPr>
          <w:b/>
          <w:sz w:val="19"/>
        </w:rPr>
        <w:t>Komandos žaidėjai atsako už savo sveikatą ir tai patvirtina savo parašu.</w:t>
        <w:br/>
        <w:t>Team players are responsible for their own health and confirm this with their signature.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Eil. Nr.</w:t>
              <w:br/>
              <w:t>No.</w:t>
            </w:r>
          </w:p>
        </w:tc>
        <w:tc>
          <w:tcPr>
            <w:tcW w:type="dxa" w:w="4082"/>
            <w:vAlign w:val="center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Vardas, pavardė</w:t>
              <w:br/>
              <w:t>Full name</w:t>
            </w:r>
          </w:p>
        </w:tc>
        <w:tc>
          <w:tcPr>
            <w:tcW w:type="dxa" w:w="2494"/>
            <w:vAlign w:val="center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Tiksli gimimo data</w:t>
              <w:br/>
              <w:t>Date of birth</w:t>
            </w:r>
          </w:p>
        </w:tc>
        <w:tc>
          <w:tcPr>
            <w:tcW w:type="dxa" w:w="1276"/>
            <w:vAlign w:val="center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Žaidėjo Nr.</w:t>
              <w:br/>
              <w:t>Player No.</w:t>
            </w:r>
          </w:p>
        </w:tc>
        <w:tc>
          <w:tcPr>
            <w:tcW w:type="dxa" w:w="2041"/>
            <w:vAlign w:val="center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Parašas</w:t>
              <w:br/>
              <w:t>Signature</w:t>
            </w: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2.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3.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4.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5.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6.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7.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8.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9.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10.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11.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12.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13.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  <w:tr>
        <w:trPr>
          <w:trHeight w:val="315" w:hRule="atLeast"/>
        </w:trPr>
        <w:tc>
          <w:tcPr>
            <w:tcW w:type="dxa" w:w="652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</w:rPr>
              <w:t>14.</w:t>
            </w:r>
          </w:p>
        </w:tc>
        <w:tc>
          <w:tcPr>
            <w:tcW w:type="dxa" w:w="4082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494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76"/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2041"/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spacing w:before="180" w:after="0"/>
      </w:pPr>
      <w:r>
        <w:rPr>
          <w:b/>
          <w:sz w:val="19"/>
        </w:rPr>
        <w:t xml:space="preserve">Komandos vadovas, treneris / Team manager, coach:  </w:t>
      </w:r>
      <w:r>
        <w:rPr>
          <w:sz w:val="19"/>
        </w:rPr>
        <w:t>____________________________________________</w:t>
      </w:r>
    </w:p>
    <w:p>
      <w:pPr>
        <w:spacing w:after="0"/>
        <w:jc w:val="right"/>
      </w:pPr>
      <w:r>
        <w:rPr>
          <w:i/>
          <w:sz w:val="17"/>
        </w:rPr>
        <w:t>(vardas, pavardė, parašas / full name, signature)</w:t>
      </w:r>
    </w:p>
    <w:sectPr w:rsidR="00FC693F" w:rsidRPr="0006063C" w:rsidSect="00034616">
      <w:pgSz w:w="12240" w:h="15840"/>
      <w:pgMar w:top="652" w:right="765" w:bottom="652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